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ŠMINKA KROZ POVIJEST</w:t>
      </w:r>
    </w:p>
    <w:p>
      <w:pPr>
        <w:jc w:val="center"/>
      </w:pPr>
      <w:r>
        <w:rPr>
          <w:i/>
        </w:rPr>
        <w:t>Od drevnih civilizacija do suvremenih trendova</w:t>
      </w:r>
    </w:p>
    <w:p>
      <w:pPr>
        <w:pStyle w:val="Heading1"/>
      </w:pPr>
      <w:r>
        <w:t>Uvod</w:t>
      </w:r>
    </w:p>
    <w:p>
      <w:r>
        <w:t>Šminka je mnogo više od kozmetičkog proizvoda. Kroz stoljeća je bila izraz ljepote, individualnosti, umjetnosti i društvenog statusa. Mijenjala se zajedno s društvom, kulturom, modom i shvaćanjem ljepote. Koristila se u svakodnevnom životu, tijekom rituala i svečanosti, ali i kao sredstvo izražavanja osobnosti.</w:t>
      </w:r>
    </w:p>
    <w:p>
      <w:r>
        <w:t>Od prirodnih sastojaka koje su koristile drevne civilizacije do suvremenih kozmetičkih proizvoda i tehnoloških inovacija, svako je povijesno razdoblje donijelo svoje ideale ljepote. Danas je šminka prvenstveno stvar osobnog izbora i kreativnog izražavanja.</w:t>
      </w:r>
    </w:p>
    <w:p>
      <w:pPr>
        <w:pStyle w:val="Heading1"/>
      </w:pPr>
      <w:r>
        <w:t>1. Šminka u drevnim civilizacijama</w:t>
      </w:r>
    </w:p>
    <w:p>
      <w:pPr>
        <w:pStyle w:val="Heading2"/>
      </w:pPr>
      <w:r>
        <w:t>Egipat</w:t>
      </w:r>
    </w:p>
    <w:p>
      <w:r>
        <w:t>U drevnom Egiptu šminka je imala važnu estetsku, kulturnu i ritualnu ulogu. Posebna se pozornost posvećivala očima. Tamni pigmenti koristili su se za njihovo naglašavanje, a šminku su koristile i žene i muškarci.</w:t>
      </w:r>
    </w:p>
    <w:p>
      <w:pPr>
        <w:pStyle w:val="Heading2"/>
      </w:pPr>
      <w:r>
        <w:t>Grčka</w:t>
      </w:r>
    </w:p>
    <w:p>
      <w:r>
        <w:t>U antičkoj Grčkoj šminka je bila povezana s idealom ljepote i društvenim statusom. Koristile su se svijetle nijanse za postizanje blijedog tena, dok su se prirodni sastojci koristili za njegu kože i naglašavanje usana i obraza.</w:t>
      </w:r>
    </w:p>
    <w:p>
      <w:pPr>
        <w:pStyle w:val="Heading2"/>
      </w:pPr>
      <w:r>
        <w:t>Rimsko Carstvo</w:t>
      </w:r>
    </w:p>
    <w:p>
      <w:r>
        <w:t>U Rimskom Carstvu šminka je bila sredstvo izražavanja društvenog položaja i bogatstva. Koristile su se različite boje i teksture, a naglašavanje očiju i usana bilo je vrlo popularno.</w:t>
      </w:r>
    </w:p>
    <w:p>
      <w:pPr>
        <w:pStyle w:val="Heading1"/>
      </w:pPr>
      <w:r>
        <w:t>2. Srednji vijek i renesansa</w:t>
      </w:r>
    </w:p>
    <w:p>
      <w:pPr>
        <w:pStyle w:val="Heading2"/>
      </w:pPr>
      <w:r>
        <w:t>Srednji vijek</w:t>
      </w:r>
    </w:p>
    <w:p>
      <w:r>
        <w:t>Tijekom srednjeg vijeka šminka nije bila osobito raširena. Crkva je snažno utjecala na kulturu i običaje, a skromnost i suzdržanost smatrale su se poželjnima. Svijetla koža povezivala se s čistoćom i pobožnošću.</w:t>
      </w:r>
    </w:p>
    <w:p>
      <w:pPr>
        <w:pStyle w:val="Heading2"/>
      </w:pPr>
      <w:r>
        <w:t>Renesansa</w:t>
      </w:r>
    </w:p>
    <w:p>
      <w:r>
        <w:t>Renesansa je donijela promjenu odnosa prema ljepoti i šminkanju. Ponovno su se počeli cijeniti ideali klasične umjetnosti. Svjetliji ten bio je poželjan, a koristili su se puderi, kreme i losioni za njegu kože. Naglašavale su se oči i trepavice.</w:t>
      </w:r>
    </w:p>
    <w:p>
      <w:pPr>
        <w:pStyle w:val="Heading1"/>
      </w:pPr>
      <w:r>
        <w:t>3. 18. i 19. stoljeće</w:t>
      </w:r>
    </w:p>
    <w:p>
      <w:r>
        <w:t>U 18. stoljeću bijeli puder bio je simbol prestiža i ljepote. Međutim, neki su proizvodi sadržavali olovo, što je moglo uzrokovati ozbiljne zdravstvene probleme. Tijekom tog razdoblja ruž za usne postaje sve popularniji, osobito u crvenim i ružičastim nijansama.</w:t>
      </w:r>
    </w:p>
    <w:p>
      <w:r>
        <w:t>U 19. stoljeću kozmetika postaje dostupnija. Pojavljuju se parfumerije i trgovine koje prodaju kozmetičke proizvode, a žene počinju eksperimentirati s različitim stilovima šminkanja.</w:t>
      </w:r>
    </w:p>
    <w:p>
      <w:pPr>
        <w:pStyle w:val="Heading1"/>
      </w:pPr>
      <w:r>
        <w:t>4. Šminka u 20. stoljeću</w:t>
      </w:r>
    </w:p>
    <w:p>
      <w:r>
        <w:t>Dvadeseto stoljeće donijelo je velike promjene u svijetu šminke. Moda, film, glazba i društvene promjene snažno su utjecali na izgled i kozmetičke trendove.</w:t>
      </w:r>
    </w:p>
    <w:p>
      <w:pPr>
        <w:pStyle w:val="ListBullet"/>
      </w:pPr>
      <w:r>
        <w:t>1920-e – popularan je bio „flapper“ stil, s naglašenim očima, intenzivnim ružem i rumenilom.</w:t>
      </w:r>
    </w:p>
    <w:p>
      <w:pPr>
        <w:pStyle w:val="ListBullet"/>
      </w:pPr>
      <w:r>
        <w:t>1940-e i 1950-e – Hollywood je oblikovao nove ideale ljepote; naglašavale su se usne, oči i uredan ten.</w:t>
      </w:r>
    </w:p>
    <w:p>
      <w:pPr>
        <w:pStyle w:val="ListBullet"/>
      </w:pPr>
      <w:r>
        <w:t>1960-e – pojavljuju se jarke boje i izražajno šminkanje očiju, uz naglašene trepavice.</w:t>
      </w:r>
    </w:p>
    <w:p>
      <w:pPr>
        <w:pStyle w:val="ListBullet"/>
      </w:pPr>
      <w:r>
        <w:t>1970-e – popularizira se prirodniji izgled, zemljane nijanse i „hipi“ estetika.</w:t>
      </w:r>
    </w:p>
    <w:p>
      <w:pPr>
        <w:pStyle w:val="ListBullet"/>
      </w:pPr>
      <w:r>
        <w:t>Pokret za ženska prava – šminka sve više postaje osobni izbor, a ne društvena obveza.</w:t>
      </w:r>
    </w:p>
    <w:p>
      <w:pPr>
        <w:pStyle w:val="Heading1"/>
      </w:pPr>
      <w:r>
        <w:t>5. Šminka u svijetu filma</w:t>
      </w:r>
    </w:p>
    <w:p>
      <w:r>
        <w:t>Šminka je od samih početaka filma imala važnu ulogu u stvaranju likova. U početku se koristila kako bi se crte lica glumaca bolje vidjele pred kamerama, a razvojem filmske tehnologije postala je sve sofisticiranija.</w:t>
      </w:r>
    </w:p>
    <w:p>
      <w:r>
        <w:t>Među poznatim pionirima filmske šminke bio je Max Factor. Kasnije su vizažisti razvili tehnike koje omogućuju velike transformacije glumaca, od prirodnog uljepšavanja do složenih maski i specijalnih efekata.</w:t>
      </w:r>
    </w:p>
    <w:p>
      <w:r>
        <w:t>Danas je filmska šminka važan dio filmskog pripovijedanja i omogućuje stvaranje povijesnih, fantastičnih i potpuno izmišljenih likova.</w:t>
      </w:r>
    </w:p>
    <w:p>
      <w:pPr>
        <w:pStyle w:val="Heading1"/>
      </w:pPr>
      <w:r>
        <w:t>6. Šminka i zaštita okoliša</w:t>
      </w:r>
    </w:p>
    <w:p>
      <w:r>
        <w:t>Suvremeni potrošači sve više obraćaju pozornost na utjecaj kozmetičke industrije na okoliš i životinje. Zbog toga raste interes za održivije sastojke, ambalažu i načine proizvodnje.</w:t>
      </w:r>
    </w:p>
    <w:p>
      <w:pPr>
        <w:pStyle w:val="ListBullet"/>
      </w:pPr>
      <w:r>
        <w:t>ekološki prihvatljivi sastojci</w:t>
      </w:r>
    </w:p>
    <w:p>
      <w:pPr>
        <w:pStyle w:val="ListBullet"/>
      </w:pPr>
      <w:r>
        <w:t>proizvodi koji nisu testirani na životinjama</w:t>
      </w:r>
    </w:p>
    <w:p>
      <w:pPr>
        <w:pStyle w:val="ListBullet"/>
      </w:pPr>
      <w:r>
        <w:t>veganska kozmetika</w:t>
      </w:r>
    </w:p>
    <w:p>
      <w:pPr>
        <w:pStyle w:val="ListBullet"/>
      </w:pPr>
      <w:r>
        <w:t>ambalaža koja se može reciklirati ili ponovno upotrijebiti</w:t>
      </w:r>
    </w:p>
    <w:p>
      <w:pPr>
        <w:pStyle w:val="ListBullet"/>
      </w:pPr>
      <w:r>
        <w:t>odgovorno i etično poslovanje</w:t>
      </w:r>
    </w:p>
    <w:p>
      <w:pPr>
        <w:pStyle w:val="Heading1"/>
      </w:pPr>
      <w:r>
        <w:t>7. Osam zanimljivosti o šminki kroz povijest</w:t>
      </w:r>
    </w:p>
    <w:p>
      <w:r>
        <w:rPr>
          <w:b/>
        </w:rPr>
        <w:t xml:space="preserve">Toksini u šminki: </w:t>
      </w:r>
      <w:r>
        <w:t>Neki povijesni kozmetički proizvodi sadržavali su olovo, arsen ili živu, što je moglo uzrokovati ozbiljne zdravstvene probleme.</w:t>
      </w:r>
    </w:p>
    <w:p>
      <w:r>
        <w:rPr>
          <w:b/>
        </w:rPr>
        <w:t xml:space="preserve">Krv kao ruž: </w:t>
      </w:r>
      <w:r>
        <w:t>U antičkom Rimu, prema navodima izvornog teksta, koristila se i životinjska krv kao crveni pigment za usne.</w:t>
      </w:r>
    </w:p>
    <w:p>
      <w:r>
        <w:rPr>
          <w:b/>
        </w:rPr>
        <w:t xml:space="preserve">Perike i puder: </w:t>
      </w:r>
      <w:r>
        <w:t>U 18. stoljeću perike su se posipale puderom kako bi bile bijele, a taj je trend utjecao i na izgled lica.</w:t>
      </w:r>
    </w:p>
    <w:p>
      <w:r>
        <w:rPr>
          <w:b/>
        </w:rPr>
        <w:t xml:space="preserve">Prva maskara: </w:t>
      </w:r>
      <w:r>
        <w:t>Početkom 20. stoljeća pojavili su se prvi komercijalni proizvodi za naglašavanje trepavica, povezani s razvojem brenda Maybelline.</w:t>
      </w:r>
    </w:p>
    <w:p>
      <w:r>
        <w:rPr>
          <w:b/>
        </w:rPr>
        <w:t xml:space="preserve">Šminka u ratne svrhe: </w:t>
      </w:r>
      <w:r>
        <w:t>Pigmenti i šminka koristili su se i za kamuflažu i smanjivanje vidljivosti lica.</w:t>
      </w:r>
    </w:p>
    <w:p>
      <w:r>
        <w:rPr>
          <w:b/>
        </w:rPr>
        <w:t xml:space="preserve">Boje na usnama i zdravlje: </w:t>
      </w:r>
      <w:r>
        <w:t>U nekim povijesnim razdobljima boja usana povezivala se sa znakovima zdravlja i vitalnosti.</w:t>
      </w:r>
    </w:p>
    <w:p>
      <w:r>
        <w:rPr>
          <w:b/>
        </w:rPr>
        <w:t xml:space="preserve">Šminka i društveni status: </w:t>
      </w:r>
      <w:r>
        <w:t>Određene boje i proizvodi u različitim su razdobljima bili povezani s društvenim položajem.</w:t>
      </w:r>
    </w:p>
    <w:p>
      <w:r>
        <w:rPr>
          <w:b/>
        </w:rPr>
        <w:t xml:space="preserve">Rane reklame za ruž: </w:t>
      </w:r>
      <w:r>
        <w:t>Početkom 20. stoljeća kozmetičke su se tvrtke sve više koristile oglašavanjem kako bi promovirale ruževe za usne.</w:t>
      </w:r>
    </w:p>
    <w:p>
      <w:pPr>
        <w:pStyle w:val="Heading1"/>
      </w:pPr>
      <w:r>
        <w:t>8. Današnji trendovi</w:t>
      </w:r>
    </w:p>
    <w:p>
      <w:r>
        <w:t>Današnji trendovi u šminkanju naglašavaju raznolikost, kreativnost i osobni izbor. Kozmetički proizvodi sve se više prilagođavaju različitim tonovima i tipovima kože.</w:t>
      </w:r>
    </w:p>
    <w:p>
      <w:pPr>
        <w:pStyle w:val="ListBullet"/>
      </w:pPr>
      <w:r>
        <w:t>„No make-up“ izgled – naglasak je na prirodnom i svježem izgledu kože.</w:t>
      </w:r>
    </w:p>
    <w:p>
      <w:pPr>
        <w:pStyle w:val="ListBullet"/>
      </w:pPr>
      <w:r>
        <w:t>Izražajne boje – jarke nijanse na očima i usnama potiču kreativnost.</w:t>
      </w:r>
    </w:p>
    <w:p>
      <w:pPr>
        <w:pStyle w:val="ListBullet"/>
      </w:pPr>
      <w:r>
        <w:t>Održivost – raste interes za recikliranu ambalažu i odgovorniji pristup proizvodnji.</w:t>
      </w:r>
    </w:p>
    <w:p>
      <w:pPr>
        <w:pStyle w:val="ListBullet"/>
      </w:pPr>
      <w:r>
        <w:t>Tehnologija – aplikacije omogućuju virtualno isprobavanje proizvoda i nijansi.</w:t>
      </w:r>
    </w:p>
    <w:p>
      <w:pPr>
        <w:pStyle w:val="ListBullet"/>
      </w:pPr>
      <w:r>
        <w:t>K-beauty i J-beauty – korejski i japanski pristupi njezi i šminkanju utječu na globalne trendove.</w:t>
      </w:r>
    </w:p>
    <w:p>
      <w:pPr>
        <w:pStyle w:val="Heading1"/>
      </w:pPr>
      <w:r>
        <w:t>Zaključak</w:t>
      </w:r>
    </w:p>
    <w:p>
      <w:r>
        <w:t>Povijest šminke pokazuje koliko su se ideali ljepote mijenjali kroz vrijeme. Od rituala drevnih civilizacija, preko raskoši pojedinih povijesnih razdoblja i utjecaja Hollywooda, do današnjeg naglaska na prirodnosti, raznolikosti i održivosti, šminka je uvijek bila povezana s društvom i kulturom.</w:t>
      </w:r>
    </w:p>
    <w:p>
      <w:r>
        <w:t>Danas šminka nije samo način uljepšavanja. Ona je oblik kreativnog izražavanja, osobnog stila i samopouzdanja. Istodobno je sve važnije birati proizvode koji su sigurni, odgovorno proizvedeni i prihvatljiviji prema okolišu.</w:t>
      </w:r>
    </w:p>
    <w:p>
      <w:pPr>
        <w:pStyle w:val="Heading1"/>
      </w:pPr>
      <w:r>
        <w:t>Izvor</w:t>
      </w:r>
    </w:p>
    <w:p>
      <w:r>
        <w:t>Osnovni izvor: Cool.hr, „Šminka kroz povijest i zanimljivosti“.</w:t>
      </w:r>
    </w:p>
    <w:p>
      <w:r>
        <w:t>Uređeni dokument ne sadrži oglase, preporučene sadržaje, komentare, podatke o objavi, nepotrebne fotografije ni ponovljene dijelove izvornog članka.</w:t>
      </w:r>
    </w:p>
    <w:sectPr w:rsidR="00FC693F" w:rsidRPr="0006063C" w:rsidSect="00034616"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